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BE03AF" w14:textId="77777777" w:rsidR="0082452E" w:rsidRDefault="0082452E" w:rsidP="0082452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TÍTULO </w:t>
      </w:r>
      <w:proofErr w:type="spellStart"/>
      <w:r>
        <w:rPr>
          <w:rFonts w:ascii="Times New Roman" w:hAnsi="Times New Roman" w:cs="Times New Roman"/>
          <w:b/>
          <w:sz w:val="24"/>
          <w:szCs w:val="24"/>
        </w:rPr>
        <w:t>TÍTULO</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TÍTULO</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TÍTULO</w:t>
      </w:r>
      <w:proofErr w:type="spellEnd"/>
    </w:p>
    <w:p w14:paraId="11A01D14" w14:textId="77777777" w:rsidR="0082452E" w:rsidRDefault="0082452E" w:rsidP="0082452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(letras maiúsculas, centralizado, negrito, espaçamento 1,5)</w:t>
      </w:r>
    </w:p>
    <w:p w14:paraId="7C11F621" w14:textId="77777777" w:rsidR="0082452E" w:rsidRDefault="0082452E" w:rsidP="0082452E">
      <w:pPr>
        <w:spacing w:after="0" w:line="240" w:lineRule="auto"/>
        <w:jc w:val="right"/>
        <w:rPr>
          <w:rFonts w:ascii="Times New Roman" w:hAnsi="Times New Roman" w:cs="Times New Roman"/>
          <w:bCs/>
          <w:sz w:val="24"/>
          <w:szCs w:val="24"/>
        </w:rPr>
      </w:pPr>
      <w:r w:rsidRPr="00366154">
        <w:rPr>
          <w:rFonts w:ascii="Times New Roman" w:hAnsi="Times New Roman" w:cs="Times New Roman"/>
          <w:bCs/>
          <w:sz w:val="24"/>
          <w:szCs w:val="24"/>
        </w:rPr>
        <w:t xml:space="preserve">Nome </w:t>
      </w:r>
      <w:r>
        <w:rPr>
          <w:rFonts w:ascii="Times New Roman" w:hAnsi="Times New Roman" w:cs="Times New Roman"/>
          <w:bCs/>
          <w:sz w:val="24"/>
          <w:szCs w:val="24"/>
        </w:rPr>
        <w:t>Sobrenome</w:t>
      </w:r>
      <w:r>
        <w:rPr>
          <w:rStyle w:val="Refdenotaderodap"/>
          <w:rFonts w:ascii="Times New Roman" w:hAnsi="Times New Roman" w:cs="Times New Roman"/>
          <w:bCs/>
          <w:sz w:val="24"/>
          <w:szCs w:val="24"/>
        </w:rPr>
        <w:footnoteReference w:id="1"/>
      </w:r>
    </w:p>
    <w:p w14:paraId="581C5A61" w14:textId="77777777" w:rsidR="0082452E" w:rsidRPr="00366154" w:rsidRDefault="0082452E" w:rsidP="0082452E">
      <w:pPr>
        <w:spacing w:after="0" w:line="240" w:lineRule="auto"/>
        <w:jc w:val="right"/>
        <w:rPr>
          <w:rFonts w:ascii="Times New Roman" w:hAnsi="Times New Roman" w:cs="Times New Roman"/>
          <w:bCs/>
          <w:sz w:val="24"/>
          <w:szCs w:val="24"/>
        </w:rPr>
      </w:pPr>
      <w:r w:rsidRPr="00366154">
        <w:rPr>
          <w:rFonts w:ascii="Times New Roman" w:hAnsi="Times New Roman" w:cs="Times New Roman"/>
          <w:bCs/>
          <w:sz w:val="24"/>
          <w:szCs w:val="24"/>
        </w:rPr>
        <w:t xml:space="preserve">Nome </w:t>
      </w:r>
      <w:r>
        <w:rPr>
          <w:rFonts w:ascii="Times New Roman" w:hAnsi="Times New Roman" w:cs="Times New Roman"/>
          <w:bCs/>
          <w:sz w:val="24"/>
          <w:szCs w:val="24"/>
        </w:rPr>
        <w:t>Sobrenome</w:t>
      </w:r>
      <w:r>
        <w:rPr>
          <w:rStyle w:val="Refdenotaderodap"/>
          <w:rFonts w:ascii="Times New Roman" w:hAnsi="Times New Roman" w:cs="Times New Roman"/>
          <w:bCs/>
          <w:sz w:val="24"/>
          <w:szCs w:val="24"/>
        </w:rPr>
        <w:footnoteReference w:id="2"/>
      </w:r>
    </w:p>
    <w:p w14:paraId="54B36105" w14:textId="194776D0" w:rsidR="009C3F16" w:rsidRDefault="0082452E" w:rsidP="009C3F16">
      <w:pPr>
        <w:spacing w:after="0" w:line="360" w:lineRule="auto"/>
        <w:ind w:firstLine="720"/>
        <w:jc w:val="right"/>
        <w:rPr>
          <w:rFonts w:ascii="Times New Roman" w:hAnsi="Times New Roman" w:cs="Times New Roman"/>
          <w:sz w:val="24"/>
          <w:szCs w:val="24"/>
        </w:rPr>
      </w:pPr>
      <w:r w:rsidRPr="00366154">
        <w:rPr>
          <w:rFonts w:ascii="Times New Roman" w:hAnsi="Times New Roman" w:cs="Times New Roman"/>
          <w:sz w:val="24"/>
          <w:szCs w:val="24"/>
        </w:rPr>
        <w:t>(Nome completo do autor, alinhado à direita)</w:t>
      </w:r>
    </w:p>
    <w:p w14:paraId="65A5C1C2" w14:textId="77777777" w:rsidR="009C3F16" w:rsidRPr="009C3F16" w:rsidRDefault="009C3F16" w:rsidP="009C3F16">
      <w:pPr>
        <w:spacing w:after="0" w:line="360" w:lineRule="auto"/>
        <w:ind w:firstLine="720"/>
        <w:jc w:val="right"/>
        <w:rPr>
          <w:rFonts w:ascii="Times New Roman" w:hAnsi="Times New Roman" w:cs="Times New Roman"/>
          <w:sz w:val="24"/>
          <w:szCs w:val="24"/>
        </w:rPr>
      </w:pPr>
      <w:bookmarkStart w:id="0" w:name="_GoBack"/>
      <w:bookmarkEnd w:id="0"/>
    </w:p>
    <w:p w14:paraId="009DDE3B" w14:textId="77777777" w:rsidR="009C3F16" w:rsidRDefault="009C3F16" w:rsidP="009C3F16">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RESUMO: </w:t>
      </w:r>
      <w:r>
        <w:rPr>
          <w:rFonts w:ascii="Times New Roman" w:hAnsi="Times New Roman" w:cs="Times New Roman"/>
          <w:sz w:val="24"/>
          <w:szCs w:val="24"/>
        </w:rPr>
        <w:t>O resumo deve transmitir de forma sucinta ao lentor os principais pontos do trabalho. Deve ser escrito em fonte Times New Roman, espaço simples, justificado, em um único parágrafo, sem interrupções. Deverá conter no mínimo 300 e no máximo 500 palavras. Resumos fora desses padrões serão rejeitados. A apresentação objetiva e precisa é essencial para garantir a leitura do resumo. Exemplo com os elementos essenciais do resumo: Este trabalho tem como objetivo [indicar o objetivo principal do trabalho]. Para isso, foi realizada [descrever de forma breve o método ou abordagem utilizada]. Os resultados apontam que [apresentar os principais resultados encontrados]. Conclui-se que [indicar as conclusões ou implicações principais do estudo]. O estudo contribui para [destacar a importância ou aplicação prática da pesquisa].</w:t>
      </w:r>
    </w:p>
    <w:p w14:paraId="43631B1B" w14:textId="77777777" w:rsidR="009C3F16" w:rsidRDefault="009C3F16" w:rsidP="009C3F16">
      <w:pPr>
        <w:spacing w:after="0" w:line="240" w:lineRule="auto"/>
        <w:jc w:val="both"/>
        <w:rPr>
          <w:rFonts w:ascii="Times New Roman" w:hAnsi="Times New Roman" w:cs="Times New Roman"/>
          <w:sz w:val="24"/>
          <w:szCs w:val="24"/>
        </w:rPr>
      </w:pPr>
    </w:p>
    <w:p w14:paraId="4C13B1F3" w14:textId="77777777" w:rsidR="009C3F16" w:rsidRDefault="009C3F16" w:rsidP="009C3F16">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Palavras-chave: </w:t>
      </w:r>
      <w:r>
        <w:rPr>
          <w:rFonts w:ascii="Times New Roman" w:hAnsi="Times New Roman" w:cs="Times New Roman"/>
          <w:sz w:val="24"/>
          <w:szCs w:val="24"/>
        </w:rPr>
        <w:t>de três a cinco palavras separadas por ponto e vírgula.</w:t>
      </w:r>
    </w:p>
    <w:p w14:paraId="2A9EA619" w14:textId="77777777" w:rsidR="009C3F16" w:rsidRDefault="009C3F16" w:rsidP="009C3F16">
      <w:pPr>
        <w:spacing w:after="0" w:line="240" w:lineRule="auto"/>
        <w:jc w:val="both"/>
        <w:rPr>
          <w:rFonts w:ascii="Times New Roman" w:hAnsi="Times New Roman" w:cs="Times New Roman"/>
          <w:sz w:val="24"/>
          <w:szCs w:val="24"/>
        </w:rPr>
      </w:pPr>
    </w:p>
    <w:p w14:paraId="6B1ABDC6" w14:textId="1FDF30A5" w:rsidR="00366154" w:rsidRPr="00F62E49" w:rsidRDefault="00366154" w:rsidP="00F62E49"/>
    <w:sectPr w:rsidR="00366154" w:rsidRPr="00F62E49" w:rsidSect="0010407F">
      <w:headerReference w:type="default" r:id="rId8"/>
      <w:footerReference w:type="default" r:id="rId9"/>
      <w:headerReference w:type="first" r:id="rId10"/>
      <w:footerReference w:type="first" r:id="rId11"/>
      <w:pgSz w:w="12240" w:h="15840"/>
      <w:pgMar w:top="1701" w:right="1134" w:bottom="1134" w:left="1701"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51D6C" w14:textId="77777777" w:rsidR="000C4DFB" w:rsidRDefault="000C4DFB" w:rsidP="000C4DFB">
      <w:pPr>
        <w:spacing w:after="0" w:line="240" w:lineRule="auto"/>
      </w:pPr>
      <w:r>
        <w:separator/>
      </w:r>
    </w:p>
  </w:endnote>
  <w:endnote w:type="continuationSeparator" w:id="0">
    <w:p w14:paraId="6527F124" w14:textId="77777777" w:rsidR="000C4DFB" w:rsidRDefault="000C4DFB" w:rsidP="000C4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C7592" w14:textId="394D0070" w:rsidR="006E63A1" w:rsidRPr="006E63A1" w:rsidRDefault="0010407F" w:rsidP="006E63A1">
    <w:pPr>
      <w:pStyle w:val="Rodap"/>
      <w:jc w:val="right"/>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A169590" wp14:editId="62940A81">
              <wp:simplePos x="0" y="0"/>
              <wp:positionH relativeFrom="column">
                <wp:posOffset>15179</wp:posOffset>
              </wp:positionH>
              <wp:positionV relativeFrom="paragraph">
                <wp:posOffset>46355</wp:posOffset>
              </wp:positionV>
              <wp:extent cx="5924611" cy="18604"/>
              <wp:effectExtent l="0" t="0" r="19050" b="19685"/>
              <wp:wrapSquare wrapText="bothSides"/>
              <wp:docPr id="38" name="Retângulo 38"/>
              <wp:cNvGraphicFramePr/>
              <a:graphic xmlns:a="http://schemas.openxmlformats.org/drawingml/2006/main">
                <a:graphicData uri="http://schemas.microsoft.com/office/word/2010/wordprocessingShape">
                  <wps:wsp>
                    <wps:cNvSpPr/>
                    <wps:spPr>
                      <a:xfrm>
                        <a:off x="0" y="0"/>
                        <a:ext cx="5924611" cy="18604"/>
                      </a:xfrm>
                      <a:prstGeom prst="rect">
                        <a:avLst/>
                      </a:prstGeom>
                      <a:solidFill>
                        <a:schemeClr val="tx1"/>
                      </a:solidFill>
                      <a:ln>
                        <a:solidFill>
                          <a:srgbClr val="FF993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02D570" id="Retângulo 38" o:spid="_x0000_s1026" style="position:absolute;margin-left:1.2pt;margin-top:3.65pt;width:466.5pt;height:1.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" fillcolor="black [3213]" strokecolor="#f93" strokeweight="2pt">
              <w10:wrap type="square"/>
            </v:rect>
          </w:pict>
        </mc:Fallback>
      </mc:AlternateContent>
    </w:r>
    <w:r w:rsidRPr="0010407F">
      <w:rPr>
        <w:rFonts w:ascii="Times New Roman" w:hAnsi="Times New Roman" w:cs="Times New Roman"/>
        <w:noProof/>
      </w:rPr>
      <mc:AlternateContent>
        <mc:Choice Requires="wps">
          <w:drawing>
            <wp:anchor distT="0" distB="0" distL="0" distR="0" simplePos="0" relativeHeight="251656192" behindDoc="0" locked="0" layoutInCell="1" allowOverlap="1" wp14:anchorId="5669B272" wp14:editId="6A0BD407">
              <wp:simplePos x="0" y="0"/>
              <wp:positionH relativeFrom="rightMargin">
                <wp:align>left</wp:align>
              </wp:positionH>
              <mc:AlternateContent>
                <mc:Choice Requires="wp14">
                  <wp:positionV relativeFrom="bottomMargin">
                    <wp14:pctPosVOffset>20000</wp14:pctPosVOffset>
                  </wp:positionV>
                </mc:Choice>
                <mc:Fallback>
                  <wp:positionV relativeFrom="page">
                    <wp:posOffset>9481820</wp:posOffset>
                  </wp:positionV>
                </mc:Fallback>
              </mc:AlternateContent>
              <wp:extent cx="457200" cy="320040"/>
              <wp:effectExtent l="19050" t="19050" r="19050" b="22860"/>
              <wp:wrapSquare wrapText="bothSides"/>
              <wp:docPr id="40" name="Retângulo 40"/>
              <wp:cNvGraphicFramePr/>
              <a:graphic xmlns:a="http://schemas.openxmlformats.org/drawingml/2006/main">
                <a:graphicData uri="http://schemas.microsoft.com/office/word/2010/wordprocessingShape">
                  <wps:wsp>
                    <wps:cNvSpPr/>
                    <wps:spPr>
                      <a:xfrm>
                        <a:off x="0" y="0"/>
                        <a:ext cx="457200" cy="320040"/>
                      </a:xfrm>
                      <a:prstGeom prst="rect">
                        <a:avLst/>
                      </a:prstGeom>
                      <a:solidFill>
                        <a:srgbClr val="FF9933"/>
                      </a:solidFill>
                      <a:ln w="38100">
                        <a:solidFill>
                          <a:srgbClr val="FF993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63BF96" w14:textId="77777777" w:rsidR="0010407F" w:rsidRPr="0010407F" w:rsidRDefault="0010407F">
                          <w:pPr>
                            <w:jc w:val="right"/>
                            <w:rPr>
                              <w:rFonts w:ascii="Times New Roman" w:hAnsi="Times New Roman" w:cs="Times New Roman"/>
                              <w:color w:val="FFFFFF" w:themeColor="background1"/>
                              <w:sz w:val="24"/>
                              <w:szCs w:val="24"/>
                            </w:rPr>
                          </w:pPr>
                          <w:r w:rsidRPr="0010407F">
                            <w:rPr>
                              <w:rFonts w:ascii="Times New Roman" w:hAnsi="Times New Roman" w:cs="Times New Roman"/>
                              <w:color w:val="FFFFFF" w:themeColor="background1"/>
                              <w:sz w:val="24"/>
                              <w:szCs w:val="24"/>
                            </w:rPr>
                            <w:fldChar w:fldCharType="begin"/>
                          </w:r>
                          <w:r w:rsidRPr="0010407F">
                            <w:rPr>
                              <w:rFonts w:ascii="Times New Roman" w:hAnsi="Times New Roman" w:cs="Times New Roman"/>
                              <w:color w:val="FFFFFF" w:themeColor="background1"/>
                              <w:sz w:val="24"/>
                              <w:szCs w:val="24"/>
                            </w:rPr>
                            <w:instrText>PAGE   \* MERGEFORMAT</w:instrText>
                          </w:r>
                          <w:r w:rsidRPr="0010407F">
                            <w:rPr>
                              <w:rFonts w:ascii="Times New Roman" w:hAnsi="Times New Roman" w:cs="Times New Roman"/>
                              <w:color w:val="FFFFFF" w:themeColor="background1"/>
                              <w:sz w:val="24"/>
                              <w:szCs w:val="24"/>
                            </w:rPr>
                            <w:fldChar w:fldCharType="separate"/>
                          </w:r>
                          <w:r w:rsidRPr="0010407F">
                            <w:rPr>
                              <w:rFonts w:ascii="Times New Roman" w:hAnsi="Times New Roman" w:cs="Times New Roman"/>
                              <w:color w:val="FFFFFF" w:themeColor="background1"/>
                              <w:sz w:val="24"/>
                              <w:szCs w:val="24"/>
                            </w:rPr>
                            <w:t>2</w:t>
                          </w:r>
                          <w:r w:rsidRPr="0010407F">
                            <w:rPr>
                              <w:rFonts w:ascii="Times New Roman" w:hAnsi="Times New Roman" w:cs="Times New Roman"/>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9B272" id="Retângulo 40" o:spid="_x0000_s1026" style="position:absolute;left:0;text-align:left;margin-left:0;margin-top:0;width:36pt;height:25.2pt;z-index:251656192;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" fillcolor="#f93" strokecolor="#f93" strokeweight="3pt">
              <v:textbox>
                <w:txbxContent>
                  <w:p w14:paraId="7563BF96" w14:textId="77777777" w:rsidR="0010407F" w:rsidRPr="0010407F" w:rsidRDefault="0010407F">
                    <w:pPr>
                      <w:jc w:val="right"/>
                      <w:rPr>
                        <w:rFonts w:ascii="Times New Roman" w:hAnsi="Times New Roman" w:cs="Times New Roman"/>
                        <w:color w:val="FFFFFF" w:themeColor="background1"/>
                        <w:sz w:val="24"/>
                        <w:szCs w:val="24"/>
                      </w:rPr>
                    </w:pPr>
                    <w:r w:rsidRPr="0010407F">
                      <w:rPr>
                        <w:rFonts w:ascii="Times New Roman" w:hAnsi="Times New Roman" w:cs="Times New Roman"/>
                        <w:color w:val="FFFFFF" w:themeColor="background1"/>
                        <w:sz w:val="24"/>
                        <w:szCs w:val="24"/>
                      </w:rPr>
                      <w:fldChar w:fldCharType="begin"/>
                    </w:r>
                    <w:r w:rsidRPr="0010407F">
                      <w:rPr>
                        <w:rFonts w:ascii="Times New Roman" w:hAnsi="Times New Roman" w:cs="Times New Roman"/>
                        <w:color w:val="FFFFFF" w:themeColor="background1"/>
                        <w:sz w:val="24"/>
                        <w:szCs w:val="24"/>
                      </w:rPr>
                      <w:instrText>PAGE   \* MERGEFORMAT</w:instrText>
                    </w:r>
                    <w:r w:rsidRPr="0010407F">
                      <w:rPr>
                        <w:rFonts w:ascii="Times New Roman" w:hAnsi="Times New Roman" w:cs="Times New Roman"/>
                        <w:color w:val="FFFFFF" w:themeColor="background1"/>
                        <w:sz w:val="24"/>
                        <w:szCs w:val="24"/>
                      </w:rPr>
                      <w:fldChar w:fldCharType="separate"/>
                    </w:r>
                    <w:r w:rsidRPr="0010407F">
                      <w:rPr>
                        <w:rFonts w:ascii="Times New Roman" w:hAnsi="Times New Roman" w:cs="Times New Roman"/>
                        <w:color w:val="FFFFFF" w:themeColor="background1"/>
                        <w:sz w:val="24"/>
                        <w:szCs w:val="24"/>
                      </w:rPr>
                      <w:t>2</w:t>
                    </w:r>
                    <w:r w:rsidRPr="0010407F">
                      <w:rPr>
                        <w:rFonts w:ascii="Times New Roman" w:hAnsi="Times New Roman" w:cs="Times New Roman"/>
                        <w:color w:val="FFFFFF" w:themeColor="background1"/>
                        <w:sz w:val="24"/>
                        <w:szCs w:val="24"/>
                      </w:rPr>
                      <w:fldChar w:fldCharType="end"/>
                    </w:r>
                  </w:p>
                </w:txbxContent>
              </v:textbox>
              <w10:wrap type="square"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BEAF5" w14:textId="18BFA7F9" w:rsidR="006E63A1" w:rsidRPr="006E63A1" w:rsidRDefault="006E63A1" w:rsidP="006E63A1">
    <w:pPr>
      <w:pStyle w:val="Rodap"/>
      <w:jc w:val="right"/>
      <w:rPr>
        <w:rFonts w:ascii="Times New Roman" w:hAnsi="Times New Roman" w:cs="Times New Roman"/>
      </w:rPr>
    </w:pP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15E7EF" w14:textId="77777777" w:rsidR="000C4DFB" w:rsidRDefault="000C4DFB" w:rsidP="000C4DFB">
      <w:pPr>
        <w:spacing w:after="0" w:line="240" w:lineRule="auto"/>
      </w:pPr>
      <w:r>
        <w:separator/>
      </w:r>
    </w:p>
  </w:footnote>
  <w:footnote w:type="continuationSeparator" w:id="0">
    <w:p w14:paraId="25F0DBAD" w14:textId="77777777" w:rsidR="000C4DFB" w:rsidRDefault="000C4DFB" w:rsidP="000C4DFB">
      <w:pPr>
        <w:spacing w:after="0" w:line="240" w:lineRule="auto"/>
      </w:pPr>
      <w:r>
        <w:continuationSeparator/>
      </w:r>
    </w:p>
  </w:footnote>
  <w:footnote w:id="1">
    <w:p w14:paraId="4A3DD159" w14:textId="77777777" w:rsidR="0082452E" w:rsidRPr="0010407F" w:rsidRDefault="0082452E" w:rsidP="0082452E">
      <w:pPr>
        <w:pStyle w:val="Textodenotaderodap"/>
        <w:rPr>
          <w:rFonts w:ascii="Times New Roman" w:hAnsi="Times New Roman" w:cs="Times New Roman"/>
          <w:sz w:val="22"/>
          <w:szCs w:val="22"/>
        </w:rPr>
      </w:pPr>
      <w:r w:rsidRPr="0010407F">
        <w:rPr>
          <w:rStyle w:val="Refdenotaderodap"/>
          <w:rFonts w:ascii="Times New Roman" w:hAnsi="Times New Roman" w:cs="Times New Roman"/>
        </w:rPr>
        <w:footnoteRef/>
      </w:r>
      <w:r w:rsidRPr="0010407F">
        <w:rPr>
          <w:rFonts w:ascii="Times New Roman" w:hAnsi="Times New Roman" w:cs="Times New Roman"/>
        </w:rPr>
        <w:t xml:space="preserve"> </w:t>
      </w:r>
      <w:r w:rsidRPr="0010407F">
        <w:rPr>
          <w:rFonts w:ascii="Times New Roman" w:hAnsi="Times New Roman" w:cs="Times New Roman"/>
          <w:sz w:val="22"/>
          <w:szCs w:val="22"/>
        </w:rPr>
        <w:t>Discente...</w:t>
      </w:r>
    </w:p>
  </w:footnote>
  <w:footnote w:id="2">
    <w:p w14:paraId="40951A06" w14:textId="77777777" w:rsidR="0082452E" w:rsidRPr="0010407F" w:rsidRDefault="0082452E" w:rsidP="0082452E">
      <w:pPr>
        <w:pStyle w:val="Textodenotaderodap"/>
        <w:rPr>
          <w:rFonts w:ascii="Times New Roman" w:hAnsi="Times New Roman" w:cs="Times New Roman"/>
          <w:sz w:val="22"/>
          <w:szCs w:val="22"/>
        </w:rPr>
      </w:pPr>
      <w:r w:rsidRPr="0010407F">
        <w:rPr>
          <w:rStyle w:val="Refdenotaderodap"/>
          <w:rFonts w:ascii="Times New Roman" w:hAnsi="Times New Roman" w:cs="Times New Roman"/>
          <w:sz w:val="22"/>
          <w:szCs w:val="22"/>
        </w:rPr>
        <w:footnoteRef/>
      </w:r>
      <w:r w:rsidRPr="0010407F">
        <w:rPr>
          <w:rFonts w:ascii="Times New Roman" w:hAnsi="Times New Roman" w:cs="Times New Roman"/>
          <w:sz w:val="22"/>
          <w:szCs w:val="22"/>
        </w:rPr>
        <w:t xml:space="preserve"> Discente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F6108" w14:textId="7EF45CB0" w:rsidR="000C4DFB" w:rsidRPr="000C4DFB" w:rsidRDefault="0010407F" w:rsidP="000C4DFB">
    <w:pPr>
      <w:pStyle w:val="Cabealho"/>
      <w:tabs>
        <w:tab w:val="clear" w:pos="9360"/>
      </w:tabs>
      <w:ind w:left="-1701"/>
    </w:pPr>
    <w:r>
      <w:rPr>
        <w:noProof/>
      </w:rPr>
      <w:drawing>
        <wp:inline distT="0" distB="0" distL="0" distR="0" wp14:anchorId="5DE3752C" wp14:editId="7F94B5BC">
          <wp:extent cx="8020050" cy="1323659"/>
          <wp:effectExtent l="0" t="0" r="0" b="0"/>
          <wp:docPr id="12" name="Imagem 12" descr="C:\Users\nepe.coordenador\AppData\Local\Microsoft\Windows\INetCache\Content.MSO\F59210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nepe.coordenador\AppData\Local\Microsoft\Windows\INetCache\Content.MSO\F59210E.tmp"/>
                  <pic:cNvPicPr>
                    <a:picLocks noChangeAspect="1" noChangeArrowheads="1"/>
                  </pic:cNvPicPr>
                </pic:nvPicPr>
                <pic:blipFill rotWithShape="1">
                  <a:blip r:embed="rId1">
                    <a:extLst>
                      <a:ext uri="{28A0092B-C50C-407E-A947-70E740481C1C}">
                        <a14:useLocalDpi xmlns:a14="http://schemas.microsoft.com/office/drawing/2010/main" val="0"/>
                      </a:ext>
                    </a:extLst>
                  </a:blip>
                  <a:srcRect l="2739"/>
                  <a:stretch/>
                </pic:blipFill>
                <pic:spPr bwMode="auto">
                  <a:xfrm>
                    <a:off x="0" y="0"/>
                    <a:ext cx="8196270" cy="135274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486B3" w14:textId="2A7D12E6" w:rsidR="000C4DFB" w:rsidRDefault="0010407F" w:rsidP="000C4DFB">
    <w:pPr>
      <w:pStyle w:val="Cabealho"/>
      <w:ind w:left="-1701"/>
    </w:pPr>
    <w:r>
      <w:rPr>
        <w:noProof/>
      </w:rPr>
      <w:drawing>
        <wp:inline distT="0" distB="0" distL="0" distR="0" wp14:anchorId="5942E8C2" wp14:editId="11781EDE">
          <wp:extent cx="8032093" cy="1323975"/>
          <wp:effectExtent l="0" t="0" r="7620" b="0"/>
          <wp:docPr id="11" name="Imagem 11" descr="C:\Users\nepe.coordenador\AppData\Local\Microsoft\Windows\INetCache\Content.MSO\3333C3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epe.coordenador\AppData\Local\Microsoft\Windows\INetCache\Content.MSO\3333C300.tmp"/>
                  <pic:cNvPicPr>
                    <a:picLocks noChangeAspect="1" noChangeArrowheads="1"/>
                  </pic:cNvPicPr>
                </pic:nvPicPr>
                <pic:blipFill rotWithShape="1">
                  <a:blip r:embed="rId1">
                    <a:extLst>
                      <a:ext uri="{28A0092B-C50C-407E-A947-70E740481C1C}">
                        <a14:useLocalDpi xmlns:a14="http://schemas.microsoft.com/office/drawing/2010/main" val="0"/>
                      </a:ext>
                    </a:extLst>
                  </a:blip>
                  <a:srcRect l="2616"/>
                  <a:stretch/>
                </pic:blipFill>
                <pic:spPr bwMode="auto">
                  <a:xfrm>
                    <a:off x="0" y="0"/>
                    <a:ext cx="8146442" cy="13428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4DFB"/>
    <w:rsid w:val="0010407F"/>
    <w:rsid w:val="0015074B"/>
    <w:rsid w:val="0029639D"/>
    <w:rsid w:val="00326F90"/>
    <w:rsid w:val="00366154"/>
    <w:rsid w:val="006E63A1"/>
    <w:rsid w:val="0082452E"/>
    <w:rsid w:val="008B4AFD"/>
    <w:rsid w:val="008E4F64"/>
    <w:rsid w:val="009C3F16"/>
    <w:rsid w:val="00A11012"/>
    <w:rsid w:val="00A32D3F"/>
    <w:rsid w:val="00AA1D8D"/>
    <w:rsid w:val="00B47730"/>
    <w:rsid w:val="00C34497"/>
    <w:rsid w:val="00C63C93"/>
    <w:rsid w:val="00CB0664"/>
    <w:rsid w:val="00F62E4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1597BD8"/>
  <w14:defaultImageDpi w14:val="300"/>
  <w15:docId w15:val="{ED78ADE9-1725-4458-9BFE-77D114B09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lang w:val="pt-BR"/>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epargpadro"/>
    <w:uiPriority w:val="99"/>
    <w:unhideWhenUsed/>
    <w:rsid w:val="00366154"/>
    <w:rPr>
      <w:color w:val="0000FF" w:themeColor="hyperlink"/>
      <w:u w:val="single"/>
    </w:rPr>
  </w:style>
  <w:style w:type="paragraph" w:styleId="Textodenotaderodap">
    <w:name w:val="footnote text"/>
    <w:basedOn w:val="Normal"/>
    <w:link w:val="TextodenotaderodapChar"/>
    <w:uiPriority w:val="99"/>
    <w:semiHidden/>
    <w:unhideWhenUsed/>
    <w:rsid w:val="0010407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0407F"/>
    <w:rPr>
      <w:sz w:val="20"/>
      <w:szCs w:val="20"/>
      <w:lang w:val="pt-BR"/>
    </w:rPr>
  </w:style>
  <w:style w:type="character" w:styleId="Refdenotaderodap">
    <w:name w:val="footnote reference"/>
    <w:basedOn w:val="Fontepargpadro"/>
    <w:uiPriority w:val="99"/>
    <w:semiHidden/>
    <w:unhideWhenUsed/>
    <w:rsid w:val="001040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7270053">
      <w:bodyDiv w:val="1"/>
      <w:marLeft w:val="0"/>
      <w:marRight w:val="0"/>
      <w:marTop w:val="0"/>
      <w:marBottom w:val="0"/>
      <w:divBdr>
        <w:top w:val="none" w:sz="0" w:space="0" w:color="auto"/>
        <w:left w:val="none" w:sz="0" w:space="0" w:color="auto"/>
        <w:bottom w:val="none" w:sz="0" w:space="0" w:color="auto"/>
        <w:right w:val="none" w:sz="0" w:space="0" w:color="auto"/>
      </w:divBdr>
    </w:div>
    <w:div w:id="1102190296">
      <w:bodyDiv w:val="1"/>
      <w:marLeft w:val="0"/>
      <w:marRight w:val="0"/>
      <w:marTop w:val="0"/>
      <w:marBottom w:val="0"/>
      <w:divBdr>
        <w:top w:val="none" w:sz="0" w:space="0" w:color="auto"/>
        <w:left w:val="none" w:sz="0" w:space="0" w:color="auto"/>
        <w:bottom w:val="none" w:sz="0" w:space="0" w:color="auto"/>
        <w:right w:val="none" w:sz="0" w:space="0" w:color="auto"/>
      </w:divBdr>
    </w:div>
    <w:div w:id="1242837989">
      <w:bodyDiv w:val="1"/>
      <w:marLeft w:val="0"/>
      <w:marRight w:val="0"/>
      <w:marTop w:val="0"/>
      <w:marBottom w:val="0"/>
      <w:divBdr>
        <w:top w:val="none" w:sz="0" w:space="0" w:color="auto"/>
        <w:left w:val="none" w:sz="0" w:space="0" w:color="auto"/>
        <w:bottom w:val="none" w:sz="0" w:space="0" w:color="auto"/>
        <w:right w:val="none" w:sz="0" w:space="0" w:color="auto"/>
      </w:divBdr>
    </w:div>
    <w:div w:id="1369334841">
      <w:bodyDiv w:val="1"/>
      <w:marLeft w:val="0"/>
      <w:marRight w:val="0"/>
      <w:marTop w:val="0"/>
      <w:marBottom w:val="0"/>
      <w:divBdr>
        <w:top w:val="none" w:sz="0" w:space="0" w:color="auto"/>
        <w:left w:val="none" w:sz="0" w:space="0" w:color="auto"/>
        <w:bottom w:val="none" w:sz="0" w:space="0" w:color="auto"/>
        <w:right w:val="none" w:sz="0" w:space="0" w:color="auto"/>
      </w:divBdr>
    </w:div>
    <w:div w:id="1402220013">
      <w:bodyDiv w:val="1"/>
      <w:marLeft w:val="0"/>
      <w:marRight w:val="0"/>
      <w:marTop w:val="0"/>
      <w:marBottom w:val="0"/>
      <w:divBdr>
        <w:top w:val="none" w:sz="0" w:space="0" w:color="auto"/>
        <w:left w:val="none" w:sz="0" w:space="0" w:color="auto"/>
        <w:bottom w:val="none" w:sz="0" w:space="0" w:color="auto"/>
        <w:right w:val="none" w:sz="0" w:space="0" w:color="auto"/>
      </w:divBdr>
    </w:div>
    <w:div w:id="19759107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09E76-9087-4FC1-BC60-8A45E3AFD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167</Words>
  <Characters>906</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Jasminie Serrano Martinelli</cp:lastModifiedBy>
  <cp:revision>12</cp:revision>
  <dcterms:created xsi:type="dcterms:W3CDTF">2025-04-30T00:34:00Z</dcterms:created>
  <dcterms:modified xsi:type="dcterms:W3CDTF">2026-06-12T19:06:00Z</dcterms:modified>
  <cp:category/>
</cp:coreProperties>
</file>